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0EC4F" w14:textId="77777777" w:rsidR="0007032D" w:rsidRPr="00F65E21" w:rsidRDefault="00000000">
      <w:pPr>
        <w:pStyle w:val="Title"/>
        <w:rPr>
          <w:rFonts w:ascii="Arial" w:hAnsi="Arial" w:cs="Arial"/>
          <w:color w:val="auto"/>
          <w:sz w:val="28"/>
          <w:szCs w:val="28"/>
        </w:rPr>
      </w:pPr>
      <w:r w:rsidRPr="00F65E21">
        <w:rPr>
          <w:rFonts w:ascii="Arial" w:hAnsi="Arial" w:cs="Arial"/>
          <w:color w:val="auto"/>
          <w:sz w:val="28"/>
          <w:szCs w:val="28"/>
        </w:rPr>
        <w:t>Day in the Life Template</w:t>
      </w:r>
    </w:p>
    <w:p w14:paraId="39D68DE2" w14:textId="77777777" w:rsidR="0007032D" w:rsidRPr="00F65E21" w:rsidRDefault="00000000">
      <w:pPr>
        <w:rPr>
          <w:rFonts w:ascii="Arial" w:hAnsi="Arial" w:cs="Arial"/>
          <w:sz w:val="20"/>
          <w:szCs w:val="20"/>
        </w:rPr>
      </w:pPr>
      <w:r w:rsidRPr="00F65E21">
        <w:rPr>
          <w:rFonts w:ascii="Arial" w:hAnsi="Arial" w:cs="Arial"/>
          <w:sz w:val="20"/>
          <w:szCs w:val="20"/>
        </w:rPr>
        <w:t>Simple prompts for short student and career videos</w:t>
      </w:r>
    </w:p>
    <w:p w14:paraId="770DE240" w14:textId="77777777" w:rsidR="0007032D" w:rsidRPr="00F65E21" w:rsidRDefault="00000000">
      <w:pPr>
        <w:rPr>
          <w:rFonts w:ascii="Arial" w:hAnsi="Arial" w:cs="Arial"/>
          <w:sz w:val="20"/>
          <w:szCs w:val="20"/>
        </w:rPr>
      </w:pPr>
      <w:r w:rsidRPr="00F65E21">
        <w:rPr>
          <w:rFonts w:ascii="Arial" w:hAnsi="Arial" w:cs="Arial"/>
          <w:b/>
          <w:sz w:val="20"/>
          <w:szCs w:val="20"/>
        </w:rPr>
        <w:t>Make Accounting Great Again | Student Associations Collaboration Program</w:t>
      </w:r>
    </w:p>
    <w:p w14:paraId="6AADB891" w14:textId="77777777" w:rsidR="0007032D" w:rsidRPr="00F65E21" w:rsidRDefault="00000000">
      <w:pPr>
        <w:pStyle w:val="Heading1"/>
        <w:rPr>
          <w:rFonts w:ascii="Arial" w:hAnsi="Arial" w:cs="Arial"/>
          <w:color w:val="auto"/>
          <w:sz w:val="20"/>
          <w:szCs w:val="20"/>
        </w:rPr>
      </w:pPr>
      <w:r w:rsidRPr="00F65E21">
        <w:rPr>
          <w:rFonts w:ascii="Arial" w:hAnsi="Arial" w:cs="Arial"/>
          <w:color w:val="auto"/>
          <w:sz w:val="20"/>
          <w:szCs w:val="20"/>
        </w:rPr>
        <w:t>Suggested structure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40"/>
        <w:gridCol w:w="5040"/>
      </w:tblGrid>
      <w:tr w:rsidR="0007032D" w:rsidRPr="00F65E21" w14:paraId="66AEE9E8" w14:textId="77777777">
        <w:tc>
          <w:tcPr>
            <w:tcW w:w="5040" w:type="dxa"/>
            <w:shd w:val="clear" w:color="auto" w:fill="17365D"/>
          </w:tcPr>
          <w:p w14:paraId="258E94AE" w14:textId="77777777" w:rsidR="0007032D" w:rsidRPr="00F65E2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65E21">
              <w:rPr>
                <w:rFonts w:ascii="Arial" w:hAnsi="Arial" w:cs="Arial"/>
                <w:b/>
                <w:sz w:val="20"/>
                <w:szCs w:val="20"/>
              </w:rPr>
              <w:t>Segment</w:t>
            </w:r>
          </w:p>
        </w:tc>
        <w:tc>
          <w:tcPr>
            <w:tcW w:w="5040" w:type="dxa"/>
            <w:shd w:val="clear" w:color="auto" w:fill="17365D"/>
          </w:tcPr>
          <w:p w14:paraId="69EA904E" w14:textId="77777777" w:rsidR="0007032D" w:rsidRPr="00F65E2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65E21">
              <w:rPr>
                <w:rFonts w:ascii="Arial" w:hAnsi="Arial" w:cs="Arial"/>
                <w:b/>
                <w:sz w:val="20"/>
                <w:szCs w:val="20"/>
              </w:rPr>
              <w:t>Prompt</w:t>
            </w:r>
          </w:p>
        </w:tc>
      </w:tr>
      <w:tr w:rsidR="0007032D" w:rsidRPr="00F65E21" w14:paraId="15BB7110" w14:textId="77777777">
        <w:tc>
          <w:tcPr>
            <w:tcW w:w="5040" w:type="dxa"/>
          </w:tcPr>
          <w:p w14:paraId="5F5066DC" w14:textId="77777777" w:rsidR="0007032D" w:rsidRPr="00F65E2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65E21">
              <w:rPr>
                <w:rFonts w:ascii="Arial" w:hAnsi="Arial" w:cs="Arial"/>
                <w:sz w:val="20"/>
                <w:szCs w:val="20"/>
              </w:rPr>
              <w:t>Opening</w:t>
            </w:r>
          </w:p>
        </w:tc>
        <w:tc>
          <w:tcPr>
            <w:tcW w:w="5040" w:type="dxa"/>
          </w:tcPr>
          <w:p w14:paraId="2A86F03F" w14:textId="77777777" w:rsidR="0007032D" w:rsidRPr="00F65E2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65E21">
              <w:rPr>
                <w:rFonts w:ascii="Arial" w:hAnsi="Arial" w:cs="Arial"/>
                <w:sz w:val="20"/>
                <w:szCs w:val="20"/>
              </w:rPr>
              <w:t>Who are you and what are you studying or doing?</w:t>
            </w:r>
          </w:p>
        </w:tc>
      </w:tr>
      <w:tr w:rsidR="0007032D" w:rsidRPr="00F65E21" w14:paraId="70918713" w14:textId="77777777">
        <w:tc>
          <w:tcPr>
            <w:tcW w:w="5040" w:type="dxa"/>
          </w:tcPr>
          <w:p w14:paraId="52ED33ED" w14:textId="77777777" w:rsidR="0007032D" w:rsidRPr="00F65E2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65E21">
              <w:rPr>
                <w:rFonts w:ascii="Arial" w:hAnsi="Arial" w:cs="Arial"/>
                <w:sz w:val="20"/>
                <w:szCs w:val="20"/>
              </w:rPr>
              <w:t>Start of day</w:t>
            </w:r>
          </w:p>
        </w:tc>
        <w:tc>
          <w:tcPr>
            <w:tcW w:w="5040" w:type="dxa"/>
          </w:tcPr>
          <w:p w14:paraId="70EDDF04" w14:textId="77777777" w:rsidR="0007032D" w:rsidRPr="00F65E2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65E21">
              <w:rPr>
                <w:rFonts w:ascii="Arial" w:hAnsi="Arial" w:cs="Arial"/>
                <w:sz w:val="20"/>
                <w:szCs w:val="20"/>
              </w:rPr>
              <w:t>What are you working on today?</w:t>
            </w:r>
          </w:p>
        </w:tc>
      </w:tr>
      <w:tr w:rsidR="0007032D" w:rsidRPr="00F65E21" w14:paraId="024F9A40" w14:textId="77777777">
        <w:tc>
          <w:tcPr>
            <w:tcW w:w="5040" w:type="dxa"/>
          </w:tcPr>
          <w:p w14:paraId="19F7D007" w14:textId="77777777" w:rsidR="0007032D" w:rsidRPr="00F65E2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65E21">
              <w:rPr>
                <w:rFonts w:ascii="Arial" w:hAnsi="Arial" w:cs="Arial"/>
                <w:sz w:val="20"/>
                <w:szCs w:val="20"/>
              </w:rPr>
              <w:t>People</w:t>
            </w:r>
          </w:p>
        </w:tc>
        <w:tc>
          <w:tcPr>
            <w:tcW w:w="5040" w:type="dxa"/>
          </w:tcPr>
          <w:p w14:paraId="52F45437" w14:textId="77777777" w:rsidR="0007032D" w:rsidRPr="00F65E2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65E21">
              <w:rPr>
                <w:rFonts w:ascii="Arial" w:hAnsi="Arial" w:cs="Arial"/>
                <w:sz w:val="20"/>
                <w:szCs w:val="20"/>
              </w:rPr>
              <w:t>Who do you interact with?</w:t>
            </w:r>
          </w:p>
        </w:tc>
      </w:tr>
      <w:tr w:rsidR="0007032D" w:rsidRPr="00F65E21" w14:paraId="144AD973" w14:textId="77777777">
        <w:tc>
          <w:tcPr>
            <w:tcW w:w="5040" w:type="dxa"/>
          </w:tcPr>
          <w:p w14:paraId="42DD3BAD" w14:textId="77777777" w:rsidR="0007032D" w:rsidRPr="00F65E2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65E21">
              <w:rPr>
                <w:rFonts w:ascii="Arial" w:hAnsi="Arial" w:cs="Arial"/>
                <w:sz w:val="20"/>
                <w:szCs w:val="20"/>
              </w:rPr>
              <w:t>Technology</w:t>
            </w:r>
          </w:p>
        </w:tc>
        <w:tc>
          <w:tcPr>
            <w:tcW w:w="5040" w:type="dxa"/>
          </w:tcPr>
          <w:p w14:paraId="3C473F0E" w14:textId="77777777" w:rsidR="0007032D" w:rsidRPr="00F65E2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65E21">
              <w:rPr>
                <w:rFonts w:ascii="Arial" w:hAnsi="Arial" w:cs="Arial"/>
                <w:sz w:val="20"/>
                <w:szCs w:val="20"/>
              </w:rPr>
              <w:t>What tools or technology do you use?</w:t>
            </w:r>
          </w:p>
        </w:tc>
      </w:tr>
      <w:tr w:rsidR="0007032D" w:rsidRPr="00F65E21" w14:paraId="3C1E4AC2" w14:textId="77777777">
        <w:tc>
          <w:tcPr>
            <w:tcW w:w="5040" w:type="dxa"/>
          </w:tcPr>
          <w:p w14:paraId="1684D0B2" w14:textId="77777777" w:rsidR="0007032D" w:rsidRPr="00F65E2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65E21">
              <w:rPr>
                <w:rFonts w:ascii="Arial" w:hAnsi="Arial" w:cs="Arial"/>
                <w:sz w:val="20"/>
                <w:szCs w:val="20"/>
              </w:rPr>
              <w:t>Skills</w:t>
            </w:r>
          </w:p>
        </w:tc>
        <w:tc>
          <w:tcPr>
            <w:tcW w:w="5040" w:type="dxa"/>
          </w:tcPr>
          <w:p w14:paraId="0046EDD2" w14:textId="77777777" w:rsidR="0007032D" w:rsidRPr="00F65E2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65E21">
              <w:rPr>
                <w:rFonts w:ascii="Arial" w:hAnsi="Arial" w:cs="Arial"/>
                <w:sz w:val="20"/>
                <w:szCs w:val="20"/>
              </w:rPr>
              <w:t>What non-technical skills matter most?</w:t>
            </w:r>
          </w:p>
        </w:tc>
      </w:tr>
      <w:tr w:rsidR="0007032D" w:rsidRPr="00F65E21" w14:paraId="100AAAE6" w14:textId="77777777">
        <w:tc>
          <w:tcPr>
            <w:tcW w:w="5040" w:type="dxa"/>
          </w:tcPr>
          <w:p w14:paraId="7126DA87" w14:textId="77777777" w:rsidR="0007032D" w:rsidRPr="00F65E2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65E21">
              <w:rPr>
                <w:rFonts w:ascii="Arial" w:hAnsi="Arial" w:cs="Arial"/>
                <w:sz w:val="20"/>
                <w:szCs w:val="20"/>
              </w:rPr>
              <w:t>Surprise</w:t>
            </w:r>
          </w:p>
        </w:tc>
        <w:tc>
          <w:tcPr>
            <w:tcW w:w="5040" w:type="dxa"/>
          </w:tcPr>
          <w:p w14:paraId="7A9A6467" w14:textId="77777777" w:rsidR="0007032D" w:rsidRPr="00F65E2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65E21">
              <w:rPr>
                <w:rFonts w:ascii="Arial" w:hAnsi="Arial" w:cs="Arial"/>
                <w:sz w:val="20"/>
                <w:szCs w:val="20"/>
              </w:rPr>
              <w:t>What would people not expect about your day?</w:t>
            </w:r>
          </w:p>
        </w:tc>
      </w:tr>
      <w:tr w:rsidR="0007032D" w:rsidRPr="00F65E21" w14:paraId="6D2B4CAE" w14:textId="77777777">
        <w:tc>
          <w:tcPr>
            <w:tcW w:w="5040" w:type="dxa"/>
          </w:tcPr>
          <w:p w14:paraId="044AE731" w14:textId="77777777" w:rsidR="0007032D" w:rsidRPr="00F65E2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65E21">
              <w:rPr>
                <w:rFonts w:ascii="Arial" w:hAnsi="Arial" w:cs="Arial"/>
                <w:sz w:val="20"/>
                <w:szCs w:val="20"/>
              </w:rPr>
              <w:t>Closing</w:t>
            </w:r>
          </w:p>
        </w:tc>
        <w:tc>
          <w:tcPr>
            <w:tcW w:w="5040" w:type="dxa"/>
          </w:tcPr>
          <w:p w14:paraId="4893E7AA" w14:textId="77777777" w:rsidR="0007032D" w:rsidRPr="00F65E2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65E21">
              <w:rPr>
                <w:rFonts w:ascii="Arial" w:hAnsi="Arial" w:cs="Arial"/>
                <w:sz w:val="20"/>
                <w:szCs w:val="20"/>
              </w:rPr>
              <w:t>What would you tell someone considering accounting?</w:t>
            </w:r>
          </w:p>
        </w:tc>
      </w:tr>
    </w:tbl>
    <w:p w14:paraId="3129ACF1" w14:textId="77777777" w:rsidR="0007032D" w:rsidRPr="00F65E21" w:rsidRDefault="00000000">
      <w:pPr>
        <w:pStyle w:val="Heading1"/>
        <w:rPr>
          <w:rFonts w:ascii="Arial" w:hAnsi="Arial" w:cs="Arial"/>
          <w:color w:val="auto"/>
          <w:sz w:val="20"/>
          <w:szCs w:val="20"/>
        </w:rPr>
      </w:pPr>
      <w:r w:rsidRPr="00F65E21">
        <w:rPr>
          <w:rFonts w:ascii="Arial" w:hAnsi="Arial" w:cs="Arial"/>
          <w:color w:val="auto"/>
          <w:sz w:val="20"/>
          <w:szCs w:val="20"/>
        </w:rPr>
        <w:t>Format</w:t>
      </w:r>
    </w:p>
    <w:p w14:paraId="26DC6B99" w14:textId="77777777" w:rsidR="0007032D" w:rsidRPr="00F65E21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F65E21">
        <w:rPr>
          <w:rFonts w:ascii="Arial" w:hAnsi="Arial" w:cs="Arial"/>
          <w:sz w:val="20"/>
          <w:szCs w:val="20"/>
        </w:rPr>
        <w:t>Aim for 60–120 seconds for social media.</w:t>
      </w:r>
    </w:p>
    <w:p w14:paraId="7118A272" w14:textId="77777777" w:rsidR="0007032D" w:rsidRPr="00F65E21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F65E21">
        <w:rPr>
          <w:rFonts w:ascii="Arial" w:hAnsi="Arial" w:cs="Arial"/>
          <w:sz w:val="20"/>
          <w:szCs w:val="20"/>
        </w:rPr>
        <w:t>Keep the tone natural rather than scripted.</w:t>
      </w:r>
    </w:p>
    <w:p w14:paraId="591CF5C2" w14:textId="77777777" w:rsidR="0007032D" w:rsidRPr="00F65E21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F65E21">
        <w:rPr>
          <w:rFonts w:ascii="Arial" w:hAnsi="Arial" w:cs="Arial"/>
          <w:sz w:val="20"/>
          <w:szCs w:val="20"/>
        </w:rPr>
        <w:t>Avoid showing confidential client, employer or university information.</w:t>
      </w:r>
    </w:p>
    <w:p w14:paraId="470D078A" w14:textId="77777777" w:rsidR="0007032D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F65E21">
        <w:rPr>
          <w:rFonts w:ascii="Arial" w:hAnsi="Arial" w:cs="Arial"/>
          <w:sz w:val="20"/>
          <w:szCs w:val="20"/>
        </w:rPr>
        <w:t>Obtain approval before filming in workplaces or using third-party branding.</w:t>
      </w:r>
    </w:p>
    <w:p w14:paraId="6D8CAA3E" w14:textId="42655368" w:rsidR="00F65E21" w:rsidRPr="00F65E21" w:rsidRDefault="00F65E21">
      <w:pPr>
        <w:pStyle w:val="ListBullet"/>
        <w:rPr>
          <w:rFonts w:ascii="Arial" w:hAnsi="Arial" w:cs="Arial"/>
          <w:sz w:val="20"/>
          <w:szCs w:val="20"/>
        </w:rPr>
      </w:pPr>
      <w:r w:rsidRPr="00F968B0">
        <w:rPr>
          <w:rFonts w:ascii="Arial" w:hAnsi="Arial" w:cs="Arial"/>
          <w:sz w:val="20"/>
          <w:szCs w:val="20"/>
        </w:rPr>
        <w:t xml:space="preserve">Tag Make Accounting Great Again on </w:t>
      </w:r>
      <w:r w:rsidR="00F968B0" w:rsidRPr="00F968B0">
        <w:rPr>
          <w:rFonts w:ascii="Arial" w:hAnsi="Arial" w:cs="Arial"/>
          <w:sz w:val="20"/>
          <w:szCs w:val="20"/>
        </w:rPr>
        <w:t xml:space="preserve">our </w:t>
      </w:r>
      <w:r w:rsidRPr="00F968B0">
        <w:rPr>
          <w:rFonts w:ascii="Arial" w:hAnsi="Arial" w:cs="Arial"/>
          <w:sz w:val="20"/>
          <w:szCs w:val="20"/>
        </w:rPr>
        <w:t>social media</w:t>
      </w:r>
      <w:r w:rsidR="00F968B0" w:rsidRPr="00F968B0">
        <w:rPr>
          <w:rFonts w:ascii="Arial" w:hAnsi="Arial" w:cs="Arial"/>
          <w:sz w:val="20"/>
          <w:szCs w:val="20"/>
        </w:rPr>
        <w:t xml:space="preserve"> channels</w:t>
      </w:r>
      <w:r w:rsidR="00F968B0">
        <w:rPr>
          <w:rFonts w:ascii="Arial" w:hAnsi="Arial" w:cs="Arial"/>
          <w:sz w:val="20"/>
          <w:szCs w:val="20"/>
        </w:rPr>
        <w:t>.</w:t>
      </w:r>
    </w:p>
    <w:sectPr w:rsidR="00F65E21" w:rsidRPr="00F65E21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0631911">
    <w:abstractNumId w:val="8"/>
  </w:num>
  <w:num w:numId="2" w16cid:durableId="609628256">
    <w:abstractNumId w:val="6"/>
  </w:num>
  <w:num w:numId="3" w16cid:durableId="1644851514">
    <w:abstractNumId w:val="5"/>
  </w:num>
  <w:num w:numId="4" w16cid:durableId="1103961894">
    <w:abstractNumId w:val="4"/>
  </w:num>
  <w:num w:numId="5" w16cid:durableId="2046368608">
    <w:abstractNumId w:val="7"/>
  </w:num>
  <w:num w:numId="6" w16cid:durableId="160513975">
    <w:abstractNumId w:val="3"/>
  </w:num>
  <w:num w:numId="7" w16cid:durableId="1432971785">
    <w:abstractNumId w:val="2"/>
  </w:num>
  <w:num w:numId="8" w16cid:durableId="1432698834">
    <w:abstractNumId w:val="1"/>
  </w:num>
  <w:num w:numId="9" w16cid:durableId="1266813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32D"/>
    <w:rsid w:val="001377FC"/>
    <w:rsid w:val="0015074B"/>
    <w:rsid w:val="0029639D"/>
    <w:rsid w:val="00326F90"/>
    <w:rsid w:val="00AA1D8D"/>
    <w:rsid w:val="00B47730"/>
    <w:rsid w:val="00CB0664"/>
    <w:rsid w:val="00F1472E"/>
    <w:rsid w:val="00F65E21"/>
    <w:rsid w:val="00F968B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5BBB37"/>
  <w14:defaultImageDpi w14:val="300"/>
  <w15:docId w15:val="{DDA80E2A-CA82-42F4-BC40-8AB2ABEBD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59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Joe Kaleb</cp:lastModifiedBy>
  <cp:revision>3</cp:revision>
  <dcterms:created xsi:type="dcterms:W3CDTF">2013-12-23T23:15:00Z</dcterms:created>
  <dcterms:modified xsi:type="dcterms:W3CDTF">2026-09-22T02:44:00Z</dcterms:modified>
  <cp:category/>
</cp:coreProperties>
</file>