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B7F4D" w14:textId="77777777" w:rsidR="00C84E8A" w:rsidRPr="00A33419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A33419">
        <w:rPr>
          <w:rFonts w:ascii="Arial" w:hAnsi="Arial" w:cs="Arial"/>
          <w:color w:val="auto"/>
          <w:sz w:val="28"/>
          <w:szCs w:val="28"/>
        </w:rPr>
        <w:t>Career Spotlight Template</w:t>
      </w:r>
    </w:p>
    <w:p w14:paraId="556F8B02" w14:textId="77777777" w:rsidR="00C84E8A" w:rsidRPr="00A33419" w:rsidRDefault="00000000">
      <w:pPr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Interview template for students, graduates and professionals</w:t>
      </w:r>
    </w:p>
    <w:p w14:paraId="3334A3FE" w14:textId="77777777" w:rsidR="00C84E8A" w:rsidRPr="00A33419" w:rsidRDefault="00000000">
      <w:pPr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05842011" w14:textId="77777777" w:rsidR="00C84E8A" w:rsidRPr="00A33419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A33419">
        <w:rPr>
          <w:rFonts w:ascii="Arial" w:hAnsi="Arial" w:cs="Arial"/>
          <w:color w:val="auto"/>
          <w:sz w:val="20"/>
          <w:szCs w:val="20"/>
        </w:rPr>
        <w:t>Profile details</w:t>
      </w:r>
    </w:p>
    <w:p w14:paraId="38CEE905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Name: ______________________________</w:t>
      </w:r>
    </w:p>
    <w:p w14:paraId="74CE2B2C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Role / course: _______________________</w:t>
      </w:r>
    </w:p>
    <w:p w14:paraId="245B2654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Organisation / university: _____________</w:t>
      </w:r>
    </w:p>
    <w:p w14:paraId="57DA3B5B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Location: ____________________________</w:t>
      </w:r>
    </w:p>
    <w:p w14:paraId="6A23FFE7" w14:textId="77777777" w:rsidR="00C84E8A" w:rsidRPr="00A33419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A33419">
        <w:rPr>
          <w:rFonts w:ascii="Arial" w:hAnsi="Arial" w:cs="Arial"/>
          <w:color w:val="auto"/>
          <w:sz w:val="20"/>
          <w:szCs w:val="20"/>
        </w:rPr>
        <w:t>Suggested questions</w:t>
      </w:r>
    </w:p>
    <w:p w14:paraId="021D25B3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What attracted you to accounting or business?</w:t>
      </w:r>
    </w:p>
    <w:p w14:paraId="333C0345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What does a typical day or week look like for you?</w:t>
      </w:r>
    </w:p>
    <w:p w14:paraId="20562D3C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What has surprised you most about the profession?</w:t>
      </w:r>
    </w:p>
    <w:p w14:paraId="25122600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What skills do you use beyond technical accounting?</w:t>
      </w:r>
    </w:p>
    <w:p w14:paraId="44488140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How is technology affecting your work or studies?</w:t>
      </w:r>
    </w:p>
    <w:p w14:paraId="2C935762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What career opportunities are you most excited about?</w:t>
      </w:r>
    </w:p>
    <w:p w14:paraId="2B8C09FE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What advice would you give a student considering accounting?</w:t>
      </w:r>
    </w:p>
    <w:p w14:paraId="36682260" w14:textId="77777777" w:rsidR="00C84E8A" w:rsidRPr="00A33419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In one sentence, what would you change about the perception of accounting?</w:t>
      </w:r>
    </w:p>
    <w:p w14:paraId="53FB9331" w14:textId="77777777" w:rsidR="00C84E8A" w:rsidRPr="00A33419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A33419">
        <w:rPr>
          <w:rFonts w:ascii="Arial" w:hAnsi="Arial" w:cs="Arial"/>
          <w:color w:val="auto"/>
          <w:sz w:val="20"/>
          <w:szCs w:val="20"/>
        </w:rPr>
        <w:t>Publishing format</w:t>
      </w:r>
    </w:p>
    <w:p w14:paraId="754AA23A" w14:textId="5B1BAF17" w:rsidR="00C84E8A" w:rsidRPr="00A33419" w:rsidRDefault="00000000">
      <w:pPr>
        <w:spacing w:after="200"/>
        <w:rPr>
          <w:rFonts w:ascii="Arial" w:hAnsi="Arial" w:cs="Arial"/>
          <w:sz w:val="20"/>
          <w:szCs w:val="20"/>
        </w:rPr>
      </w:pPr>
      <w:r w:rsidRPr="00A33419">
        <w:rPr>
          <w:rFonts w:ascii="Arial" w:hAnsi="Arial" w:cs="Arial"/>
          <w:sz w:val="20"/>
          <w:szCs w:val="20"/>
        </w:rPr>
        <w:t>Use the responses as a short article, video interview or social post. Obtain the participant’s approval before publication.</w:t>
      </w:r>
      <w:r w:rsidR="00A33419">
        <w:rPr>
          <w:rFonts w:ascii="Arial" w:hAnsi="Arial" w:cs="Arial"/>
          <w:sz w:val="20"/>
          <w:szCs w:val="20"/>
        </w:rPr>
        <w:t xml:space="preserve"> Tag Make Accounting Great Again on </w:t>
      </w:r>
      <w:r w:rsidR="007C17BE">
        <w:rPr>
          <w:rFonts w:ascii="Arial" w:hAnsi="Arial" w:cs="Arial"/>
          <w:sz w:val="20"/>
          <w:szCs w:val="20"/>
        </w:rPr>
        <w:t xml:space="preserve">our </w:t>
      </w:r>
      <w:r w:rsidR="00A33419">
        <w:rPr>
          <w:rFonts w:ascii="Arial" w:hAnsi="Arial" w:cs="Arial"/>
          <w:sz w:val="20"/>
          <w:szCs w:val="20"/>
        </w:rPr>
        <w:t>social</w:t>
      </w:r>
      <w:r w:rsidR="007C17BE">
        <w:rPr>
          <w:rFonts w:ascii="Arial" w:hAnsi="Arial" w:cs="Arial"/>
          <w:sz w:val="20"/>
          <w:szCs w:val="20"/>
        </w:rPr>
        <w:t xml:space="preserve"> media channels</w:t>
      </w:r>
      <w:r w:rsidR="00A33419">
        <w:rPr>
          <w:rFonts w:ascii="Arial" w:hAnsi="Arial" w:cs="Arial"/>
          <w:sz w:val="20"/>
          <w:szCs w:val="20"/>
        </w:rPr>
        <w:t>.</w:t>
      </w:r>
    </w:p>
    <w:sectPr w:rsidR="00C84E8A" w:rsidRPr="00A33419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2355331">
    <w:abstractNumId w:val="8"/>
  </w:num>
  <w:num w:numId="2" w16cid:durableId="1855076643">
    <w:abstractNumId w:val="6"/>
  </w:num>
  <w:num w:numId="3" w16cid:durableId="678701905">
    <w:abstractNumId w:val="5"/>
  </w:num>
  <w:num w:numId="4" w16cid:durableId="353967656">
    <w:abstractNumId w:val="4"/>
  </w:num>
  <w:num w:numId="5" w16cid:durableId="671445531">
    <w:abstractNumId w:val="7"/>
  </w:num>
  <w:num w:numId="6" w16cid:durableId="2076006135">
    <w:abstractNumId w:val="3"/>
  </w:num>
  <w:num w:numId="7" w16cid:durableId="1858157777">
    <w:abstractNumId w:val="2"/>
  </w:num>
  <w:num w:numId="8" w16cid:durableId="911620874">
    <w:abstractNumId w:val="1"/>
  </w:num>
  <w:num w:numId="9" w16cid:durableId="1234967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5339"/>
    <w:rsid w:val="0015074B"/>
    <w:rsid w:val="0029639D"/>
    <w:rsid w:val="00326F90"/>
    <w:rsid w:val="007C17BE"/>
    <w:rsid w:val="00A33419"/>
    <w:rsid w:val="00AA1D8D"/>
    <w:rsid w:val="00B47730"/>
    <w:rsid w:val="00BC07D3"/>
    <w:rsid w:val="00C84E8A"/>
    <w:rsid w:val="00CB0664"/>
    <w:rsid w:val="00F507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F6F2C5"/>
  <w14:defaultImageDpi w14:val="300"/>
  <w15:docId w15:val="{38F09B7A-3B61-4B07-8D73-EEA34056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4</cp:revision>
  <dcterms:created xsi:type="dcterms:W3CDTF">2013-12-23T23:15:00Z</dcterms:created>
  <dcterms:modified xsi:type="dcterms:W3CDTF">2026-09-22T02:44:00Z</dcterms:modified>
  <cp:category/>
</cp:coreProperties>
</file>